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18CAD" w14:textId="77777777" w:rsidR="00625F32" w:rsidRDefault="006756DE" w:rsidP="0057198D">
      <w:pPr>
        <w:pStyle w:val="Heading1"/>
      </w:pPr>
      <w:r>
        <w:t>St Brides Major Community Council</w:t>
      </w:r>
      <w:r w:rsidR="000A6EDF">
        <w:t xml:space="preserve"> </w:t>
      </w:r>
    </w:p>
    <w:p w14:paraId="6F915935" w14:textId="7C3855F5" w:rsidR="00846EE2" w:rsidRDefault="006756DE" w:rsidP="0057198D">
      <w:pPr>
        <w:pStyle w:val="Heading1"/>
      </w:pPr>
      <w:r w:rsidRPr="000A6EDF">
        <w:t xml:space="preserve">Minutes </w:t>
      </w:r>
      <w:r w:rsidR="00625F32">
        <w:t>of meeting held on Monday 13</w:t>
      </w:r>
      <w:r w:rsidR="00625F32" w:rsidRPr="00625F32">
        <w:rPr>
          <w:vertAlign w:val="superscript"/>
        </w:rPr>
        <w:t>th</w:t>
      </w:r>
      <w:r w:rsidR="00625F32">
        <w:t xml:space="preserve"> April 2026 at</w:t>
      </w:r>
    </w:p>
    <w:p w14:paraId="4F14D5F0" w14:textId="036BCE6F" w:rsidR="00625F32" w:rsidRPr="00625F32" w:rsidRDefault="00625F32" w:rsidP="0057198D">
      <w:pPr>
        <w:pStyle w:val="Heading1"/>
      </w:pPr>
      <w:r>
        <w:t>A</w:t>
      </w:r>
      <w:r w:rsidR="0057198D">
        <w:t>ll Saints Church, Southerndown</w:t>
      </w:r>
    </w:p>
    <w:p w14:paraId="1E75729C" w14:textId="1ED78763" w:rsidR="00846EE2" w:rsidRDefault="006756DE">
      <w:pPr>
        <w:pStyle w:val="Heading3"/>
      </w:pPr>
      <w:r>
        <w:t>Present</w:t>
      </w:r>
      <w:r w:rsidR="0078175E">
        <w:t xml:space="preserve">: </w:t>
      </w:r>
    </w:p>
    <w:p w14:paraId="1ABA7BFA" w14:textId="01D2C2F0" w:rsidR="00846EE2" w:rsidRDefault="0078175E">
      <w:pPr>
        <w:pStyle w:val="ListBullet"/>
      </w:pPr>
      <w:r>
        <w:t xml:space="preserve">Cllr. </w:t>
      </w:r>
      <w:r w:rsidR="006756DE">
        <w:t>Heidi Morris (Chair)</w:t>
      </w:r>
    </w:p>
    <w:p w14:paraId="7ABF4021" w14:textId="77777777" w:rsidR="000619AE" w:rsidRDefault="0078175E" w:rsidP="000619AE">
      <w:pPr>
        <w:pStyle w:val="ListBullet"/>
      </w:pPr>
      <w:r>
        <w:t xml:space="preserve">Cllr. </w:t>
      </w:r>
      <w:r w:rsidR="006756DE">
        <w:t>Angela Parry (Ogmore by Sea; Incoming Chair)</w:t>
      </w:r>
    </w:p>
    <w:p w14:paraId="5FC3A7E1" w14:textId="6FDFE0C8" w:rsidR="00846EE2" w:rsidRDefault="0078175E" w:rsidP="000619AE">
      <w:pPr>
        <w:pStyle w:val="ListBullet"/>
      </w:pPr>
      <w:r>
        <w:t xml:space="preserve">Cllr. </w:t>
      </w:r>
      <w:r w:rsidR="00A2176E">
        <w:t>B</w:t>
      </w:r>
      <w:r w:rsidR="006756DE">
        <w:t>arry Lewis (St Brides Major; Finance)</w:t>
      </w:r>
    </w:p>
    <w:p w14:paraId="700C4C76" w14:textId="1D15A291" w:rsidR="00846EE2" w:rsidRDefault="00A2176E">
      <w:pPr>
        <w:pStyle w:val="ListBullet"/>
      </w:pPr>
      <w:r>
        <w:t>Cllr</w:t>
      </w:r>
      <w:r>
        <w:t xml:space="preserve"> Rhodri </w:t>
      </w:r>
      <w:r w:rsidR="006756DE">
        <w:t>tevens</w:t>
      </w:r>
    </w:p>
    <w:p w14:paraId="22DE3006" w14:textId="515D1C8D" w:rsidR="00846EE2" w:rsidRDefault="000619AE">
      <w:pPr>
        <w:pStyle w:val="ListBullet"/>
      </w:pPr>
      <w:r>
        <w:t xml:space="preserve">Cllr. </w:t>
      </w:r>
      <w:r w:rsidR="006756DE">
        <w:t>Martin Howell</w:t>
      </w:r>
    </w:p>
    <w:p w14:paraId="40E5120C" w14:textId="7C1D1EF7" w:rsidR="00846EE2" w:rsidRDefault="000619AE">
      <w:pPr>
        <w:pStyle w:val="ListBullet"/>
      </w:pPr>
      <w:r>
        <w:t xml:space="preserve">Cllr. </w:t>
      </w:r>
      <w:r w:rsidR="006756DE">
        <w:t>Ron Ec</w:t>
      </w:r>
      <w:r w:rsidR="00EC442E">
        <w:t>cles</w:t>
      </w:r>
    </w:p>
    <w:p w14:paraId="73218CC4" w14:textId="0439F075" w:rsidR="00EC442E" w:rsidRDefault="000619AE">
      <w:pPr>
        <w:pStyle w:val="ListBullet"/>
      </w:pPr>
      <w:r>
        <w:t xml:space="preserve">Cllr. </w:t>
      </w:r>
      <w:r w:rsidR="00EC442E">
        <w:t>Adrian James</w:t>
      </w:r>
    </w:p>
    <w:p w14:paraId="2EF23538" w14:textId="77777777" w:rsidR="00846EE2" w:rsidRDefault="006756DE">
      <w:pPr>
        <w:pStyle w:val="ListBullet"/>
      </w:pPr>
      <w:r>
        <w:t>South Wales Police Representatives</w:t>
      </w:r>
    </w:p>
    <w:p w14:paraId="1CF07D89" w14:textId="77777777" w:rsidR="00846EE2" w:rsidRDefault="006756DE">
      <w:pPr>
        <w:pStyle w:val="ListBullet"/>
      </w:pPr>
      <w:r>
        <w:t>Vale of Glamorgan Council Representatives</w:t>
      </w:r>
    </w:p>
    <w:p w14:paraId="510CC297" w14:textId="77777777" w:rsidR="00846EE2" w:rsidRDefault="006756DE">
      <w:pPr>
        <w:pStyle w:val="ListBullet"/>
      </w:pPr>
      <w:r>
        <w:t>Members of the Public</w:t>
      </w:r>
    </w:p>
    <w:p w14:paraId="7192022E" w14:textId="77777777" w:rsidR="00846EE2" w:rsidRDefault="006756DE">
      <w:pPr>
        <w:pStyle w:val="Heading3"/>
      </w:pPr>
      <w:r>
        <w:t>Apologies</w:t>
      </w:r>
    </w:p>
    <w:p w14:paraId="096A8B10" w14:textId="160C2C59" w:rsidR="00846EE2" w:rsidRDefault="000619AE">
      <w:pPr>
        <w:pStyle w:val="ListBullet"/>
      </w:pPr>
      <w:r>
        <w:t xml:space="preserve">Cllr. </w:t>
      </w:r>
      <w:r w:rsidR="006756DE">
        <w:t>Alan Morgan</w:t>
      </w:r>
    </w:p>
    <w:p w14:paraId="6D963750" w14:textId="6C0E1DA2" w:rsidR="00846EE2" w:rsidRDefault="000619AE">
      <w:pPr>
        <w:pStyle w:val="ListBullet"/>
      </w:pPr>
      <w:r>
        <w:t xml:space="preserve">Cllr. </w:t>
      </w:r>
      <w:r w:rsidR="006756DE">
        <w:t>Sharon Evans (resignation noted)</w:t>
      </w:r>
    </w:p>
    <w:p w14:paraId="28471342" w14:textId="77777777" w:rsidR="00965347" w:rsidRDefault="00965347" w:rsidP="00965347">
      <w:pPr>
        <w:pStyle w:val="ListBullet"/>
        <w:numPr>
          <w:ilvl w:val="0"/>
          <w:numId w:val="0"/>
        </w:numPr>
        <w:ind w:left="360" w:hanging="360"/>
      </w:pPr>
    </w:p>
    <w:p w14:paraId="16C50973" w14:textId="5A5593A1" w:rsidR="00965347" w:rsidRDefault="00965347" w:rsidP="00965347">
      <w:pPr>
        <w:pStyle w:val="Heading3"/>
      </w:pPr>
      <w:r>
        <w:t>Conflicts of Interest</w:t>
      </w:r>
    </w:p>
    <w:p w14:paraId="5619012F" w14:textId="7493BEBE" w:rsidR="00965347" w:rsidRDefault="00965347" w:rsidP="00965347">
      <w:r>
        <w:t>Councillor Howell decl</w:t>
      </w:r>
      <w:r w:rsidR="008A5245">
        <w:t>ared his role as Village Hall manager.</w:t>
      </w:r>
    </w:p>
    <w:p w14:paraId="3FF9D45F" w14:textId="7AFF60AE" w:rsidR="008A5245" w:rsidRPr="00965347" w:rsidRDefault="008A5245" w:rsidP="00965347">
      <w:r>
        <w:t xml:space="preserve">Councillor Eccles declared his role as joint owner of the </w:t>
      </w:r>
      <w:r w:rsidR="001478D8">
        <w:t>Sea lawns</w:t>
      </w:r>
      <w:r>
        <w:t xml:space="preserve"> Land</w:t>
      </w:r>
      <w:r w:rsidR="001478D8">
        <w:t>,</w:t>
      </w:r>
    </w:p>
    <w:p w14:paraId="36D4F438" w14:textId="77777777" w:rsidR="00846EE2" w:rsidRDefault="006756DE">
      <w:pPr>
        <w:pStyle w:val="Heading3"/>
      </w:pPr>
      <w:r>
        <w:t>Police Matters</w:t>
      </w:r>
    </w:p>
    <w:p w14:paraId="22A9E170" w14:textId="77777777" w:rsidR="00846EE2" w:rsidRDefault="006756DE">
      <w:pPr>
        <w:pStyle w:val="ListBullet"/>
      </w:pPr>
      <w:r>
        <w:t>No crimes reported since the previous meeting.</w:t>
      </w:r>
    </w:p>
    <w:p w14:paraId="6A3A3809" w14:textId="77777777" w:rsidR="00846EE2" w:rsidRDefault="006756DE">
      <w:pPr>
        <w:pStyle w:val="ListBullet"/>
      </w:pPr>
      <w:r>
        <w:t>Two public order incidents linked to ongoing matters, with no wider concern.</w:t>
      </w:r>
    </w:p>
    <w:p w14:paraId="5684B3DE" w14:textId="77777777" w:rsidR="00846EE2" w:rsidRDefault="006756DE">
      <w:pPr>
        <w:pStyle w:val="ListBullet"/>
      </w:pPr>
      <w:r>
        <w:t>One bin fire dealt with promptly by the fire service.</w:t>
      </w:r>
    </w:p>
    <w:p w14:paraId="3BF53C7E" w14:textId="77777777" w:rsidR="00846EE2" w:rsidRDefault="006756DE">
      <w:pPr>
        <w:pStyle w:val="ListBullet"/>
      </w:pPr>
      <w:r>
        <w:t>Increased patrols anticipated over the summer period.</w:t>
      </w:r>
    </w:p>
    <w:p w14:paraId="4A1E7661" w14:textId="77777777" w:rsidR="00846EE2" w:rsidRDefault="006756DE">
      <w:pPr>
        <w:pStyle w:val="ListBullet"/>
      </w:pPr>
      <w:r>
        <w:t>Introduction of a mobile ANPR camera to detect uninsured vehicles.</w:t>
      </w:r>
    </w:p>
    <w:p w14:paraId="0DB04175" w14:textId="77777777" w:rsidR="00846EE2" w:rsidRDefault="006756DE">
      <w:pPr>
        <w:pStyle w:val="Heading3"/>
      </w:pPr>
      <w:r>
        <w:t>Parking and Traffic Issues</w:t>
      </w:r>
    </w:p>
    <w:p w14:paraId="3DCBCD4B" w14:textId="77777777" w:rsidR="00846EE2" w:rsidRDefault="006756DE">
      <w:pPr>
        <w:pStyle w:val="ListBullet"/>
      </w:pPr>
      <w:r>
        <w:t>Serious parking and safety concerns raised by residents of Ogmore by Sea.</w:t>
      </w:r>
    </w:p>
    <w:p w14:paraId="4E8F7B08" w14:textId="77777777" w:rsidR="00846EE2" w:rsidRDefault="006756DE">
      <w:pPr>
        <w:pStyle w:val="ListBullet"/>
      </w:pPr>
      <w:r>
        <w:t>Issues included blocked junctions, unsafe pedestrian conditions, and near-miss collisions.</w:t>
      </w:r>
    </w:p>
    <w:p w14:paraId="716FB200" w14:textId="7AFC1BAD" w:rsidR="00846EE2" w:rsidRDefault="006756DE">
      <w:pPr>
        <w:pStyle w:val="ListBullet"/>
      </w:pPr>
      <w:r>
        <w:t xml:space="preserve">Clarification that </w:t>
      </w:r>
      <w:r w:rsidR="005A53F5">
        <w:t>doubles</w:t>
      </w:r>
      <w:r>
        <w:t xml:space="preserve"> yellow line enforcement lies with the Council, not police.</w:t>
      </w:r>
    </w:p>
    <w:p w14:paraId="650CB0DE" w14:textId="77777777" w:rsidR="00846EE2" w:rsidRDefault="006756DE">
      <w:pPr>
        <w:pStyle w:val="ListBullet"/>
      </w:pPr>
      <w:r>
        <w:lastRenderedPageBreak/>
        <w:t>Private ownership of former Sea Lawns field confirmed.</w:t>
      </w:r>
    </w:p>
    <w:p w14:paraId="32EA330E" w14:textId="77777777" w:rsidR="00846EE2" w:rsidRDefault="006756DE">
      <w:pPr>
        <w:pStyle w:val="Heading3"/>
      </w:pPr>
      <w:r>
        <w:t>Agreed Actions</w:t>
      </w:r>
    </w:p>
    <w:p w14:paraId="5DB563F8" w14:textId="77777777" w:rsidR="00846EE2" w:rsidRDefault="006756DE">
      <w:pPr>
        <w:pStyle w:val="ListBullet"/>
      </w:pPr>
      <w:r>
        <w:t>Creation of a Task and Finish Group to address parking issues.</w:t>
      </w:r>
    </w:p>
    <w:p w14:paraId="12C910AA" w14:textId="77777777" w:rsidR="00846EE2" w:rsidRDefault="006756DE">
      <w:pPr>
        <w:pStyle w:val="ListBullet"/>
      </w:pPr>
      <w:r>
        <w:t>Chair to draft Terms of Reference and arrange a meeting.</w:t>
      </w:r>
    </w:p>
    <w:p w14:paraId="46910EFE" w14:textId="1515C6E7" w:rsidR="00846EE2" w:rsidRDefault="006756DE">
      <w:pPr>
        <w:pStyle w:val="ListBullet"/>
      </w:pPr>
      <w:r>
        <w:t xml:space="preserve">Group </w:t>
      </w:r>
      <w:r w:rsidR="005A53F5">
        <w:t>includes</w:t>
      </w:r>
      <w:r>
        <w:t xml:space="preserve"> residents, police, council officers, and stakeholders.</w:t>
      </w:r>
    </w:p>
    <w:p w14:paraId="45F8F9D2" w14:textId="77777777" w:rsidR="00846EE2" w:rsidRDefault="006756DE">
      <w:pPr>
        <w:pStyle w:val="Heading3"/>
      </w:pPr>
      <w:r>
        <w:t>Vale of Glamorgan Council Updates</w:t>
      </w:r>
    </w:p>
    <w:p w14:paraId="7B94B511" w14:textId="0EB06E5B" w:rsidR="00846EE2" w:rsidRDefault="006756DE">
      <w:pPr>
        <w:pStyle w:val="ListBullet"/>
      </w:pPr>
      <w:r>
        <w:t xml:space="preserve">Summer preparations </w:t>
      </w:r>
      <w:r w:rsidR="005A53F5">
        <w:t>include</w:t>
      </w:r>
      <w:r>
        <w:t xml:space="preserve"> increased cleaning, bins, and staffing.</w:t>
      </w:r>
    </w:p>
    <w:p w14:paraId="12F34DD5" w14:textId="77777777" w:rsidR="00846EE2" w:rsidRDefault="006756DE">
      <w:pPr>
        <w:pStyle w:val="ListBullet"/>
      </w:pPr>
      <w:r>
        <w:t>Positive feedback on Norton Hill parking posts.</w:t>
      </w:r>
    </w:p>
    <w:p w14:paraId="1AFD9336" w14:textId="77777777" w:rsidR="00846EE2" w:rsidRDefault="006756DE">
      <w:pPr>
        <w:pStyle w:val="ListBullet"/>
      </w:pPr>
      <w:r>
        <w:t>New signage approved and scheduled for installation.</w:t>
      </w:r>
    </w:p>
    <w:p w14:paraId="0D054641" w14:textId="77777777" w:rsidR="00846EE2" w:rsidRDefault="006756DE">
      <w:pPr>
        <w:pStyle w:val="Heading3"/>
      </w:pPr>
      <w:r>
        <w:t>Public Transport Update</w:t>
      </w:r>
    </w:p>
    <w:p w14:paraId="1E64D19B" w14:textId="370802E4" w:rsidR="00846EE2" w:rsidRDefault="006756DE">
      <w:pPr>
        <w:pStyle w:val="ListBullet"/>
      </w:pPr>
      <w:r>
        <w:t xml:space="preserve">Improved reliability of the </w:t>
      </w:r>
      <w:r w:rsidR="005A53F5">
        <w:t>303-bus</w:t>
      </w:r>
      <w:r>
        <w:t xml:space="preserve"> service.</w:t>
      </w:r>
    </w:p>
    <w:p w14:paraId="1CC9DE4F" w14:textId="77777777" w:rsidR="00846EE2" w:rsidRDefault="006756DE">
      <w:pPr>
        <w:pStyle w:val="ListBullet"/>
      </w:pPr>
      <w:r>
        <w:t>Additional funding secured for rural services.</w:t>
      </w:r>
    </w:p>
    <w:p w14:paraId="07623C9E" w14:textId="77777777" w:rsidR="00846EE2" w:rsidRDefault="006756DE">
      <w:pPr>
        <w:pStyle w:val="ListBullet"/>
      </w:pPr>
      <w:r>
        <w:t>Potential service enhancements under review.</w:t>
      </w:r>
    </w:p>
    <w:p w14:paraId="5EBC2A8D" w14:textId="77777777" w:rsidR="00846EE2" w:rsidRDefault="006756DE">
      <w:pPr>
        <w:pStyle w:val="Heading3"/>
      </w:pPr>
      <w:r>
        <w:t>Approval of Previous Minutes</w:t>
      </w:r>
    </w:p>
    <w:p w14:paraId="73B9430E" w14:textId="77777777" w:rsidR="00846EE2" w:rsidRDefault="006756DE">
      <w:pPr>
        <w:pStyle w:val="ListBullet"/>
      </w:pPr>
      <w:r>
        <w:t>Minutes of the 9 March meeting approved as a true record.</w:t>
      </w:r>
    </w:p>
    <w:p w14:paraId="254E5624" w14:textId="77777777" w:rsidR="00846EE2" w:rsidRDefault="006756DE">
      <w:pPr>
        <w:pStyle w:val="ListBullet"/>
      </w:pPr>
      <w:r>
        <w:t>Formal thanks recorded to Sharon Evans for previous minutes.</w:t>
      </w:r>
    </w:p>
    <w:p w14:paraId="2486BE64" w14:textId="5492446C" w:rsidR="00562BC7" w:rsidRDefault="00562BC7" w:rsidP="00562BC7">
      <w:pPr>
        <w:pStyle w:val="Heading3"/>
      </w:pPr>
      <w:r>
        <w:t>Matters Arising</w:t>
      </w:r>
    </w:p>
    <w:p w14:paraId="5EEF91FF" w14:textId="08748BDB" w:rsidR="00562BC7" w:rsidRDefault="001419C7" w:rsidP="001419C7">
      <w:pPr>
        <w:pStyle w:val="ListBullet"/>
      </w:pPr>
      <w:r>
        <w:t>It was agreed to purchase a new dog litter bin for Lon yr Eglwys.</w:t>
      </w:r>
    </w:p>
    <w:p w14:paraId="2B090F80" w14:textId="6A01669F" w:rsidR="001419C7" w:rsidRDefault="001419C7" w:rsidP="001419C7">
      <w:pPr>
        <w:pStyle w:val="ListBullet"/>
      </w:pPr>
      <w:r>
        <w:t>It was agreed to start the work on the bus stops in Ogmore by Sea, now the weather has improved.</w:t>
      </w:r>
    </w:p>
    <w:p w14:paraId="0816A638" w14:textId="5513AFB8" w:rsidR="00340B44" w:rsidRDefault="00340B44" w:rsidP="00340B44">
      <w:pPr>
        <w:pStyle w:val="Heading3"/>
      </w:pPr>
      <w:r>
        <w:t>Correspondence</w:t>
      </w:r>
    </w:p>
    <w:p w14:paraId="674F259C" w14:textId="6209F0F3" w:rsidR="00D77300" w:rsidRDefault="00D77300" w:rsidP="008763DF">
      <w:pPr>
        <w:pStyle w:val="ListBullet"/>
      </w:pPr>
      <w:r>
        <w:t xml:space="preserve">Councillor S Evans submitted a letter of resignation. The Community Council acknowledge the outstanding work undertaken to take forward the biodiversity plan and her commitment to </w:t>
      </w:r>
      <w:r w:rsidR="008763DF">
        <w:t>taking forward other community matters.</w:t>
      </w:r>
    </w:p>
    <w:p w14:paraId="784DBA3A" w14:textId="041ABBBE" w:rsidR="0044351F" w:rsidRDefault="0044351F" w:rsidP="008763DF">
      <w:pPr>
        <w:pStyle w:val="ListBullet"/>
      </w:pPr>
      <w:r>
        <w:t>A</w:t>
      </w:r>
      <w:r w:rsidRPr="0044351F">
        <w:t>pplying for disabled parking spaces on Heol Cae Gwyn, St Brides Major. Numbers 1,3 6,7,9</w:t>
      </w:r>
      <w:r>
        <w:t xml:space="preserve"> was agreed.</w:t>
      </w:r>
    </w:p>
    <w:p w14:paraId="0FFF0B4C" w14:textId="29354E17" w:rsidR="0044351F" w:rsidRDefault="0044351F" w:rsidP="008763DF">
      <w:pPr>
        <w:pStyle w:val="ListBullet"/>
      </w:pPr>
      <w:r>
        <w:t xml:space="preserve">A date of the </w:t>
      </w:r>
      <w:r w:rsidR="00090E52">
        <w:t>12</w:t>
      </w:r>
      <w:r w:rsidR="00090E52" w:rsidRPr="0044351F">
        <w:rPr>
          <w:vertAlign w:val="superscript"/>
        </w:rPr>
        <w:t>th of</w:t>
      </w:r>
      <w:r>
        <w:t xml:space="preserve"> May 2026 was </w:t>
      </w:r>
      <w:r w:rsidR="00090E52">
        <w:t>agreed to meet with Ewenny Community Council to begin readiness activities for the mer</w:t>
      </w:r>
      <w:r w:rsidR="007B057F">
        <w:t>ger of both councils.</w:t>
      </w:r>
    </w:p>
    <w:p w14:paraId="261413CF" w14:textId="77777777" w:rsidR="00090E52" w:rsidRDefault="00090E52" w:rsidP="007B057F">
      <w:pPr>
        <w:pStyle w:val="Heading3"/>
      </w:pPr>
      <w:r>
        <w:t>Planning Matters</w:t>
      </w:r>
    </w:p>
    <w:p w14:paraId="1DEE2F99" w14:textId="77777777" w:rsidR="007F41C5" w:rsidRDefault="007F41C5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4"/>
          <w:szCs w:val="24"/>
        </w:rPr>
      </w:pPr>
    </w:p>
    <w:p w14:paraId="6B48A0F2" w14:textId="1995ABD8" w:rsidR="00090E52" w:rsidRPr="007F41C5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7F41C5">
        <w:rPr>
          <w:rFonts w:asciiTheme="majorHAnsi" w:hAnsiTheme="majorHAnsi" w:cstheme="majorHAnsi"/>
          <w:b/>
          <w:bCs/>
          <w:sz w:val="24"/>
          <w:szCs w:val="24"/>
        </w:rPr>
        <w:t>Applications determined</w:t>
      </w:r>
    </w:p>
    <w:p w14:paraId="356C7DA1" w14:textId="77777777" w:rsidR="007F41C5" w:rsidRDefault="007F41C5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</w:p>
    <w:p w14:paraId="5C535F52" w14:textId="76299CAD" w:rsidR="00090E52" w:rsidRPr="002417DA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>Town and Country Planning Act, 1990 (as amended) or</w:t>
      </w:r>
    </w:p>
    <w:p w14:paraId="057CACED" w14:textId="77777777" w:rsidR="00090E52" w:rsidRPr="002417DA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>Historic Environment (Wales) Act 2023</w:t>
      </w:r>
    </w:p>
    <w:p w14:paraId="1B02B54D" w14:textId="77777777" w:rsidR="00090E52" w:rsidRPr="002417DA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>Application No. 2026/00115/FUL</w:t>
      </w:r>
    </w:p>
    <w:p w14:paraId="51F1FD19" w14:textId="77777777" w:rsidR="00090E52" w:rsidRPr="002417DA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>Location: 13 Marine Drive, Ogmore By Sea</w:t>
      </w:r>
    </w:p>
    <w:p w14:paraId="4B8795C7" w14:textId="74318562" w:rsidR="00090E52" w:rsidRPr="002417DA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 xml:space="preserve">Proposal: Modular ramp at the side (main) entrance of the property. Change front door to level access onto platform </w:t>
      </w:r>
      <w:r w:rsidR="002417DA" w:rsidRPr="002417DA">
        <w:rPr>
          <w:rFonts w:asciiTheme="majorHAnsi" w:hAnsiTheme="majorHAnsi" w:cstheme="majorHAnsi"/>
          <w:sz w:val="20"/>
          <w:szCs w:val="20"/>
        </w:rPr>
        <w:t>ramp!</w:t>
      </w:r>
    </w:p>
    <w:p w14:paraId="2B89CA23" w14:textId="77777777" w:rsidR="00090E52" w:rsidRPr="002417DA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2417DA">
        <w:rPr>
          <w:rFonts w:asciiTheme="majorHAnsi" w:hAnsiTheme="majorHAnsi" w:cstheme="majorHAnsi"/>
          <w:b/>
          <w:bCs/>
          <w:sz w:val="20"/>
          <w:szCs w:val="20"/>
        </w:rPr>
        <w:lastRenderedPageBreak/>
        <w:t>Approved on the 10 April 2026.</w:t>
      </w:r>
    </w:p>
    <w:p w14:paraId="601C6832" w14:textId="77777777" w:rsidR="00090E52" w:rsidRPr="002417DA" w:rsidRDefault="00090E52" w:rsidP="004A28DF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</w:p>
    <w:p w14:paraId="3CD62AF1" w14:textId="77777777" w:rsidR="00090E52" w:rsidRPr="002417DA" w:rsidRDefault="00090E52" w:rsidP="002417DA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>Town and Country Planning Act, 1990 (as amended) or</w:t>
      </w:r>
    </w:p>
    <w:p w14:paraId="7F3A4526" w14:textId="77777777" w:rsidR="00090E52" w:rsidRPr="002417DA" w:rsidRDefault="00090E52" w:rsidP="002417DA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>Historic Environment (Wales) Act 2023</w:t>
      </w:r>
    </w:p>
    <w:p w14:paraId="797BCEB1" w14:textId="77777777" w:rsidR="00090E52" w:rsidRPr="002417DA" w:rsidRDefault="00090E52" w:rsidP="002417DA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>Application No. 2025/01226/FUL</w:t>
      </w:r>
    </w:p>
    <w:p w14:paraId="1DB5614D" w14:textId="77777777" w:rsidR="00090E52" w:rsidRPr="007F41C5" w:rsidRDefault="00090E52" w:rsidP="002417DA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7F41C5">
        <w:rPr>
          <w:rFonts w:asciiTheme="majorHAnsi" w:hAnsiTheme="majorHAnsi" w:cstheme="majorHAnsi"/>
          <w:b/>
          <w:bCs/>
          <w:sz w:val="20"/>
          <w:szCs w:val="20"/>
        </w:rPr>
        <w:t>Location: The Cottage, St Brides Major</w:t>
      </w:r>
    </w:p>
    <w:p w14:paraId="52628A55" w14:textId="6E40CF82" w:rsidR="00090E52" w:rsidRPr="002417DA" w:rsidRDefault="00090E52" w:rsidP="002417DA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2417DA">
        <w:rPr>
          <w:rFonts w:asciiTheme="majorHAnsi" w:hAnsiTheme="majorHAnsi" w:cstheme="majorHAnsi"/>
          <w:sz w:val="20"/>
          <w:szCs w:val="20"/>
        </w:rPr>
        <w:t xml:space="preserve">Proposal: Demolition of existing conservatory to create a 2-storey extension with balcony at the rear. Extension to first floor at north side to form new bedroom. Other internal refurbishment </w:t>
      </w:r>
      <w:r w:rsidR="002417DA" w:rsidRPr="002417DA">
        <w:rPr>
          <w:rFonts w:asciiTheme="majorHAnsi" w:hAnsiTheme="majorHAnsi" w:cstheme="majorHAnsi"/>
          <w:sz w:val="20"/>
          <w:szCs w:val="20"/>
        </w:rPr>
        <w:t>works</w:t>
      </w:r>
      <w:r w:rsidRPr="002417DA">
        <w:rPr>
          <w:rFonts w:asciiTheme="majorHAnsi" w:hAnsiTheme="majorHAnsi" w:cstheme="majorHAnsi"/>
          <w:sz w:val="20"/>
          <w:szCs w:val="20"/>
        </w:rPr>
        <w:t xml:space="preserve"> also </w:t>
      </w:r>
      <w:r w:rsidR="002417DA" w:rsidRPr="002417DA">
        <w:rPr>
          <w:rFonts w:asciiTheme="majorHAnsi" w:hAnsiTheme="majorHAnsi" w:cstheme="majorHAnsi"/>
          <w:sz w:val="20"/>
          <w:szCs w:val="20"/>
        </w:rPr>
        <w:t>thermalize</w:t>
      </w:r>
      <w:r w:rsidRPr="002417DA">
        <w:rPr>
          <w:rFonts w:asciiTheme="majorHAnsi" w:hAnsiTheme="majorHAnsi" w:cstheme="majorHAnsi"/>
          <w:sz w:val="20"/>
          <w:szCs w:val="20"/>
        </w:rPr>
        <w:t xml:space="preserve"> existing outbuilding at North of site to create a 2-bedroom annexe.</w:t>
      </w:r>
    </w:p>
    <w:p w14:paraId="2961C409" w14:textId="77777777" w:rsidR="00090E52" w:rsidRPr="002417DA" w:rsidRDefault="00090E52" w:rsidP="002417DA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2417DA">
        <w:rPr>
          <w:rFonts w:asciiTheme="majorHAnsi" w:hAnsiTheme="majorHAnsi" w:cstheme="majorHAnsi"/>
          <w:b/>
          <w:bCs/>
          <w:sz w:val="20"/>
          <w:szCs w:val="20"/>
        </w:rPr>
        <w:t>Refused on the 18 March 2026.</w:t>
      </w:r>
    </w:p>
    <w:p w14:paraId="26AA48FD" w14:textId="77777777" w:rsidR="00090E52" w:rsidRPr="002417DA" w:rsidRDefault="00090E52" w:rsidP="002417DA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</w:p>
    <w:p w14:paraId="6DBEE2D5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Town and Country Planning Act, 1990 (as amended) or</w:t>
      </w:r>
    </w:p>
    <w:p w14:paraId="4F10E5D0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Historic Environment (Wales) Act 2023</w:t>
      </w:r>
    </w:p>
    <w:p w14:paraId="564D2DB5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Application No. 2025/01309/FUL</w:t>
      </w:r>
    </w:p>
    <w:p w14:paraId="69DF6E17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7F41C5">
        <w:rPr>
          <w:rFonts w:asciiTheme="majorHAnsi" w:hAnsiTheme="majorHAnsi" w:cstheme="majorHAnsi"/>
          <w:b/>
          <w:bCs/>
          <w:sz w:val="20"/>
          <w:szCs w:val="20"/>
        </w:rPr>
        <w:t>Location: 47, Lon-yr-Eglwys, St Brides Major</w:t>
      </w:r>
    </w:p>
    <w:p w14:paraId="3B8F536E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Proposal: Single-storey rear extension, front porch, rear dormer with balcony and extension of existing front dormer</w:t>
      </w:r>
    </w:p>
    <w:p w14:paraId="04806C18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7F41C5">
        <w:rPr>
          <w:rFonts w:asciiTheme="majorHAnsi" w:hAnsiTheme="majorHAnsi" w:cstheme="majorHAnsi"/>
          <w:b/>
          <w:bCs/>
          <w:sz w:val="20"/>
          <w:szCs w:val="20"/>
        </w:rPr>
        <w:t>Approved on the 25 March 2026.</w:t>
      </w:r>
    </w:p>
    <w:p w14:paraId="4DBF92FC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</w:p>
    <w:p w14:paraId="3337C2A8" w14:textId="77777777" w:rsidR="00090E52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7F41C5">
        <w:rPr>
          <w:rFonts w:asciiTheme="majorHAnsi" w:hAnsiTheme="majorHAnsi" w:cstheme="majorHAnsi"/>
          <w:b/>
          <w:bCs/>
          <w:sz w:val="28"/>
          <w:szCs w:val="28"/>
        </w:rPr>
        <w:t>Applications Received</w:t>
      </w:r>
    </w:p>
    <w:p w14:paraId="1A485DA4" w14:textId="77777777" w:rsidR="007F41C5" w:rsidRPr="007F41C5" w:rsidRDefault="007F41C5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8"/>
          <w:szCs w:val="28"/>
        </w:rPr>
      </w:pPr>
    </w:p>
    <w:p w14:paraId="7D3365E5" w14:textId="597E0579" w:rsidR="00090E52" w:rsidRPr="007F41C5" w:rsidRDefault="007F41C5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</w:t>
      </w:r>
      <w:r w:rsidR="00090E52" w:rsidRPr="007F41C5">
        <w:rPr>
          <w:rFonts w:asciiTheme="majorHAnsi" w:hAnsiTheme="majorHAnsi" w:cstheme="majorHAnsi"/>
          <w:sz w:val="20"/>
          <w:szCs w:val="20"/>
        </w:rPr>
        <w:t>own and Country Planning Act, 1990 (as amended) or</w:t>
      </w:r>
    </w:p>
    <w:p w14:paraId="37D8EB3E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Historic Environment (Wales) Act 2023</w:t>
      </w:r>
    </w:p>
    <w:p w14:paraId="17C5767A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Planning Application No. 2026/00209/FUL (KDS)</w:t>
      </w:r>
    </w:p>
    <w:p w14:paraId="0D5EEEB4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7F41C5">
        <w:rPr>
          <w:rFonts w:asciiTheme="majorHAnsi" w:hAnsiTheme="majorHAnsi" w:cstheme="majorHAnsi"/>
          <w:b/>
          <w:bCs/>
          <w:sz w:val="20"/>
          <w:szCs w:val="20"/>
        </w:rPr>
        <w:t>Location: 12 Porlock Close, Ogmore By Sea</w:t>
      </w:r>
    </w:p>
    <w:p w14:paraId="0DF834B4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Proposal: Installation of windowless, pent roof, wooden shed in rear garden along the Southern boundary</w:t>
      </w:r>
    </w:p>
    <w:p w14:paraId="65F6E128" w14:textId="060A918B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7F41C5">
        <w:rPr>
          <w:rFonts w:asciiTheme="majorHAnsi" w:hAnsiTheme="majorHAnsi" w:cstheme="majorHAnsi"/>
          <w:sz w:val="20"/>
          <w:szCs w:val="20"/>
        </w:rPr>
        <w:t>You can view the proposals on-line and comment on the application at the following web address: https://vogonline.planning-register.co.uk/Planning/Display/2026/00209/FUL?cuuid=E26F43A1-8CF4-4776-A83F-C33FD3853680.</w:t>
      </w:r>
    </w:p>
    <w:p w14:paraId="72E2620C" w14:textId="77777777" w:rsidR="00090E52" w:rsidRPr="007F41C5" w:rsidRDefault="00090E52" w:rsidP="007F41C5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</w:p>
    <w:p w14:paraId="3074E132" w14:textId="5C53EE06" w:rsidR="002A25A5" w:rsidRDefault="002A25A5" w:rsidP="002A25A5">
      <w:pPr>
        <w:pStyle w:val="Heading3"/>
      </w:pPr>
      <w:r>
        <w:t>Financial Matters</w:t>
      </w:r>
    </w:p>
    <w:p w14:paraId="0EF00113" w14:textId="77777777" w:rsidR="002A25A5" w:rsidRDefault="002A25A5" w:rsidP="002A25A5">
      <w:pPr>
        <w:pStyle w:val="ListBullet"/>
      </w:pPr>
      <w:r>
        <w:t>End-of-Year Accounts</w:t>
      </w:r>
    </w:p>
    <w:p w14:paraId="2865FB70" w14:textId="77777777" w:rsidR="002A25A5" w:rsidRDefault="002A25A5" w:rsidP="002A25A5">
      <w:pPr>
        <w:pStyle w:val="ListBullet"/>
      </w:pPr>
      <w:r>
        <w:t>The end-of-year accounts were presented and reconciled. Receipts and payments balanced with bank statements. The bank reconciliation was completed and signed.</w:t>
      </w:r>
    </w:p>
    <w:p w14:paraId="1FCE16B0" w14:textId="77777777" w:rsidR="002A25A5" w:rsidRDefault="002A25A5" w:rsidP="002A25A5">
      <w:pPr>
        <w:pStyle w:val="ListBullet"/>
      </w:pPr>
      <w:r>
        <w:t>The VAT reclaim position was reported at approximately £1,264.88, showing improvement.</w:t>
      </w:r>
    </w:p>
    <w:p w14:paraId="4E7E5D8F" w14:textId="77777777" w:rsidR="002A25A5" w:rsidRDefault="002A25A5" w:rsidP="002A25A5">
      <w:pPr>
        <w:pStyle w:val="ListBullet"/>
      </w:pPr>
      <w:r>
        <w:t>Fixed assets total approximately £20,063 reflecting new benches and defibrillators. Asset register to be updated to confirm eight benches and six defibrillators.</w:t>
      </w:r>
    </w:p>
    <w:p w14:paraId="5BEC2859" w14:textId="77777777" w:rsidR="002A25A5" w:rsidRDefault="002A25A5" w:rsidP="002A25A5">
      <w:pPr>
        <w:pStyle w:val="ListBullet"/>
      </w:pPr>
      <w:r>
        <w:t>Previous Section 137 expenditure was confirmed. Accounts approved subject to final sign-off.</w:t>
      </w:r>
    </w:p>
    <w:p w14:paraId="11053AF4" w14:textId="4F49C49D" w:rsidR="002A25A5" w:rsidRDefault="002A25A5" w:rsidP="000619AE">
      <w:pPr>
        <w:pStyle w:val="ListBullet"/>
      </w:pPr>
      <w:r>
        <w:t>Routine monthly payments were approved including administrative fees, meeting room hire, utilities and burial ground charges. Issues concerning estimated energy bills and a faulty smart meter were noted</w:t>
      </w:r>
    </w:p>
    <w:p w14:paraId="18E3E499" w14:textId="77777777" w:rsidR="002A25A5" w:rsidRDefault="002A25A5" w:rsidP="002A25A5">
      <w:pPr>
        <w:pStyle w:val="ListBullet"/>
        <w:numPr>
          <w:ilvl w:val="0"/>
          <w:numId w:val="0"/>
        </w:numPr>
        <w:ind w:left="360" w:hanging="360"/>
      </w:pPr>
    </w:p>
    <w:p w14:paraId="480D0231" w14:textId="77777777" w:rsidR="002A25A5" w:rsidRDefault="002A25A5" w:rsidP="002A25A5">
      <w:pPr>
        <w:pStyle w:val="ListBullet"/>
        <w:numPr>
          <w:ilvl w:val="0"/>
          <w:numId w:val="0"/>
        </w:numPr>
        <w:ind w:left="360" w:hanging="360"/>
      </w:pPr>
    </w:p>
    <w:p w14:paraId="77177405" w14:textId="4718CF8A" w:rsidR="00E00F59" w:rsidRPr="00D24FEE" w:rsidRDefault="00E00F59" w:rsidP="005D3E1C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  <w:r w:rsidRPr="00D24FEE">
        <w:rPr>
          <w:b/>
          <w:bCs/>
        </w:rPr>
        <w:t xml:space="preserve">      Financial </w:t>
      </w:r>
      <w:r w:rsidR="00AD4EB2" w:rsidRPr="00D24FEE">
        <w:rPr>
          <w:b/>
          <w:bCs/>
        </w:rPr>
        <w:t>Report 31</w:t>
      </w:r>
      <w:r w:rsidR="005D3E1C" w:rsidRPr="00D24FEE">
        <w:rPr>
          <w:b/>
          <w:bCs/>
          <w:vertAlign w:val="superscript"/>
        </w:rPr>
        <w:t>st</w:t>
      </w:r>
      <w:r w:rsidR="005D3E1C" w:rsidRPr="00D24FEE">
        <w:rPr>
          <w:b/>
          <w:bCs/>
        </w:rPr>
        <w:t xml:space="preserve"> March 2</w:t>
      </w:r>
      <w:r w:rsidR="007269F4" w:rsidRPr="00D24FEE">
        <w:rPr>
          <w:b/>
          <w:bCs/>
        </w:rPr>
        <w:t>026</w:t>
      </w:r>
      <w:r w:rsidRPr="00D24FEE">
        <w:rPr>
          <w:b/>
          <w:bCs/>
        </w:rPr>
        <w:tab/>
      </w:r>
      <w:r w:rsidRPr="00D24FEE">
        <w:rPr>
          <w:b/>
          <w:bCs/>
        </w:rPr>
        <w:tab/>
      </w:r>
      <w:r w:rsidRPr="00D24FEE">
        <w:rPr>
          <w:b/>
          <w:bCs/>
        </w:rPr>
        <w:tab/>
      </w:r>
    </w:p>
    <w:p w14:paraId="59CAE84A" w14:textId="0F09BC3C" w:rsidR="00E00F59" w:rsidRPr="00D24FEE" w:rsidRDefault="00E00F59" w:rsidP="00AD4EB2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  <w:r w:rsidRPr="00D24FEE">
        <w:rPr>
          <w:b/>
          <w:bCs/>
        </w:rPr>
        <w:tab/>
      </w:r>
      <w:r w:rsidRPr="00D24FEE">
        <w:rPr>
          <w:b/>
          <w:bCs/>
        </w:rPr>
        <w:tab/>
      </w:r>
    </w:p>
    <w:p w14:paraId="583E3E1E" w14:textId="605AB6B6" w:rsidR="00E00F59" w:rsidRPr="00A42D88" w:rsidRDefault="00E00F59" w:rsidP="00E00F59">
      <w:pPr>
        <w:pStyle w:val="ListBullet"/>
        <w:rPr>
          <w:b/>
          <w:bCs/>
        </w:rPr>
      </w:pPr>
      <w:r w:rsidRPr="00A42D88">
        <w:rPr>
          <w:b/>
          <w:bCs/>
        </w:rPr>
        <w:t>OPENING BALANCE</w:t>
      </w:r>
      <w:r w:rsidRPr="00A42D88">
        <w:rPr>
          <w:b/>
          <w:bCs/>
        </w:rPr>
        <w:tab/>
      </w:r>
    </w:p>
    <w:p w14:paraId="66E1D991" w14:textId="77777777" w:rsidR="00E00F59" w:rsidRDefault="00E00F59" w:rsidP="009B4DC7">
      <w:pPr>
        <w:pStyle w:val="ListBullet"/>
        <w:numPr>
          <w:ilvl w:val="0"/>
          <w:numId w:val="0"/>
        </w:numPr>
        <w:ind w:left="360"/>
      </w:pPr>
      <w:r>
        <w:t xml:space="preserve"> 28th February2026</w:t>
      </w:r>
      <w:r>
        <w:tab/>
      </w:r>
      <w:r>
        <w:tab/>
        <w:t>£11754.55</w:t>
      </w:r>
      <w:r>
        <w:tab/>
      </w:r>
      <w:r>
        <w:tab/>
      </w:r>
      <w:r>
        <w:tab/>
      </w:r>
    </w:p>
    <w:p w14:paraId="01647342" w14:textId="5CED08EA" w:rsidR="00E00F59" w:rsidRDefault="00E00F59" w:rsidP="00EC6552">
      <w:pPr>
        <w:pStyle w:val="ListBullet"/>
        <w:numPr>
          <w:ilvl w:val="0"/>
          <w:numId w:val="0"/>
        </w:numPr>
        <w:ind w:left="360"/>
      </w:pPr>
      <w:r>
        <w:tab/>
      </w:r>
      <w:r>
        <w:tab/>
      </w:r>
      <w:r>
        <w:tab/>
      </w:r>
      <w:r>
        <w:tab/>
      </w:r>
    </w:p>
    <w:p w14:paraId="05A66DD1" w14:textId="77777777" w:rsidR="00E00F59" w:rsidRPr="00A42D88" w:rsidRDefault="00E00F59" w:rsidP="009B4DC7">
      <w:pPr>
        <w:pStyle w:val="ListBullet"/>
        <w:numPr>
          <w:ilvl w:val="0"/>
          <w:numId w:val="0"/>
        </w:numPr>
        <w:ind w:left="360"/>
        <w:rPr>
          <w:b/>
          <w:bCs/>
        </w:rPr>
      </w:pPr>
      <w:r w:rsidRPr="00A42D88">
        <w:rPr>
          <w:b/>
          <w:bCs/>
        </w:rPr>
        <w:t>INCOME</w:t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</w:p>
    <w:p w14:paraId="5CCF9F4D" w14:textId="04111B4E" w:rsidR="00E00F59" w:rsidRDefault="00E00F59" w:rsidP="00E00F59">
      <w:pPr>
        <w:pStyle w:val="ListBullet"/>
      </w:pPr>
      <w:r>
        <w:t>Cremation</w:t>
      </w:r>
      <w:r>
        <w:tab/>
      </w:r>
      <w:r w:rsidR="009B4DC7">
        <w:tab/>
      </w:r>
      <w:r w:rsidR="009B4DC7">
        <w:tab/>
      </w:r>
      <w:r w:rsidR="009B4DC7">
        <w:tab/>
      </w:r>
      <w:r>
        <w:t>Pauline Turner</w:t>
      </w:r>
      <w:r>
        <w:tab/>
        <w:t>£200</w:t>
      </w:r>
      <w:r>
        <w:tab/>
      </w:r>
      <w:r>
        <w:tab/>
      </w:r>
      <w:r>
        <w:tab/>
      </w:r>
    </w:p>
    <w:p w14:paraId="241F3109" w14:textId="4A9B6E6B" w:rsidR="00E00F59" w:rsidRDefault="009B4DC7" w:rsidP="00E00F59">
      <w:pPr>
        <w:pStyle w:val="ListBullet"/>
      </w:pPr>
      <w:r>
        <w:t>Cremation +</w:t>
      </w:r>
      <w:r w:rsidR="00E00F59">
        <w:t xml:space="preserve"> inscription</w:t>
      </w:r>
      <w:r w:rsidR="00E00F59">
        <w:tab/>
      </w:r>
      <w:r>
        <w:tab/>
      </w:r>
      <w:r w:rsidR="00E00F59">
        <w:t>Helga Davies</w:t>
      </w:r>
      <w:r w:rsidR="00E00F59">
        <w:tab/>
        <w:t>£263</w:t>
      </w:r>
      <w:r w:rsidR="00E00F59">
        <w:tab/>
      </w:r>
      <w:r w:rsidR="00E00F59">
        <w:tab/>
      </w:r>
      <w:r w:rsidR="00E00F59">
        <w:tab/>
      </w:r>
    </w:p>
    <w:p w14:paraId="7CC98B9A" w14:textId="77777777" w:rsidR="00E00F59" w:rsidRDefault="00E00F59" w:rsidP="009B4DC7">
      <w:pPr>
        <w:pStyle w:val="ListBullet"/>
        <w:numPr>
          <w:ilvl w:val="0"/>
          <w:numId w:val="0"/>
        </w:numPr>
        <w:ind w:left="360"/>
      </w:pPr>
    </w:p>
    <w:p w14:paraId="0AF36BFB" w14:textId="67C399E8" w:rsidR="00AF53F8" w:rsidRDefault="00E00F59" w:rsidP="00E00F59">
      <w:pPr>
        <w:pStyle w:val="ListBullet"/>
      </w:pPr>
      <w:r>
        <w:t>Total Balance</w:t>
      </w:r>
      <w:r>
        <w:tab/>
      </w:r>
      <w:r>
        <w:tab/>
      </w:r>
      <w:r w:rsidR="00AF53F8">
        <w:tab/>
      </w:r>
      <w:r>
        <w:t>£12217.55</w:t>
      </w:r>
      <w:r>
        <w:tab/>
      </w:r>
    </w:p>
    <w:p w14:paraId="5AFD7D6B" w14:textId="4BD705D8" w:rsidR="00E00F59" w:rsidRDefault="00E00F59" w:rsidP="00AF53F8">
      <w:pPr>
        <w:pStyle w:val="ListBullet"/>
        <w:numPr>
          <w:ilvl w:val="0"/>
          <w:numId w:val="0"/>
        </w:numPr>
        <w:ind w:left="360"/>
      </w:pPr>
      <w:r>
        <w:tab/>
      </w:r>
    </w:p>
    <w:p w14:paraId="7A3C5A6D" w14:textId="77777777" w:rsidR="00E00F59" w:rsidRPr="00A42D88" w:rsidRDefault="00E00F59" w:rsidP="00E00F59">
      <w:pPr>
        <w:pStyle w:val="ListBullet"/>
        <w:rPr>
          <w:b/>
          <w:bCs/>
        </w:rPr>
      </w:pPr>
      <w:r w:rsidRPr="00A42D88">
        <w:rPr>
          <w:b/>
          <w:bCs/>
        </w:rPr>
        <w:t>EXPENDITURE</w:t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  <w:r w:rsidRPr="00A42D88">
        <w:rPr>
          <w:b/>
          <w:bCs/>
        </w:rPr>
        <w:tab/>
      </w:r>
    </w:p>
    <w:p w14:paraId="786611EA" w14:textId="40671EC8" w:rsidR="00E00F59" w:rsidRDefault="00AF53F8" w:rsidP="00E00F59">
      <w:pPr>
        <w:pStyle w:val="ListBullet"/>
      </w:pPr>
      <w:r>
        <w:t xml:space="preserve">Scribe </w:t>
      </w:r>
      <w:r>
        <w:tab/>
      </w:r>
      <w:r w:rsidR="004720EF">
        <w:tab/>
      </w:r>
      <w:r w:rsidR="004720EF">
        <w:tab/>
      </w:r>
      <w:r w:rsidR="004720EF">
        <w:tab/>
      </w:r>
      <w:r w:rsidR="00E00F59">
        <w:t>Account/Burial</w:t>
      </w:r>
      <w:r w:rsidR="00E00F59">
        <w:tab/>
      </w:r>
      <w:r w:rsidR="000A4851">
        <w:t xml:space="preserve">               </w:t>
      </w:r>
      <w:r w:rsidR="00E00F59">
        <w:t>£61.20</w:t>
      </w:r>
      <w:r w:rsidR="00E00F59">
        <w:tab/>
      </w:r>
      <w:r w:rsidR="00E00F59">
        <w:tab/>
      </w:r>
      <w:r w:rsidR="00E00F59">
        <w:tab/>
      </w:r>
    </w:p>
    <w:p w14:paraId="2BCD9CE3" w14:textId="7BA889F7" w:rsidR="00E00F59" w:rsidRDefault="00E00F59" w:rsidP="00E00F59">
      <w:pPr>
        <w:pStyle w:val="ListBullet"/>
      </w:pPr>
      <w:r>
        <w:t>Yu Energy</w:t>
      </w:r>
      <w:r>
        <w:tab/>
      </w:r>
      <w:r w:rsidR="004720EF">
        <w:tab/>
      </w:r>
      <w:r w:rsidR="004720EF">
        <w:tab/>
      </w:r>
      <w:r w:rsidR="004720EF">
        <w:tab/>
      </w:r>
      <w:r>
        <w:t>St Brides Xmas Lighting</w:t>
      </w:r>
      <w:r>
        <w:tab/>
        <w:t>£21.60</w:t>
      </w:r>
      <w:r>
        <w:tab/>
      </w:r>
      <w:r>
        <w:tab/>
      </w:r>
      <w:r>
        <w:tab/>
      </w:r>
      <w:r w:rsidR="00B0378E">
        <w:t xml:space="preserve"> </w:t>
      </w:r>
    </w:p>
    <w:p w14:paraId="0A0889B5" w14:textId="191302D5" w:rsidR="00E00F59" w:rsidRDefault="00E00F59" w:rsidP="00E00F59">
      <w:pPr>
        <w:pStyle w:val="ListBullet"/>
      </w:pPr>
      <w:r>
        <w:t>DWA</w:t>
      </w:r>
      <w:r>
        <w:tab/>
      </w:r>
      <w:r w:rsidR="004720EF">
        <w:tab/>
      </w:r>
      <w:r w:rsidR="004720EF">
        <w:tab/>
      </w:r>
      <w:r w:rsidR="004720EF">
        <w:tab/>
      </w:r>
      <w:r>
        <w:t>Payroll</w:t>
      </w:r>
      <w:r w:rsidR="001C024B">
        <w:t xml:space="preserve">                       </w:t>
      </w:r>
      <w:r>
        <w:tab/>
      </w:r>
      <w:r>
        <w:tab/>
      </w:r>
      <w:r w:rsidR="000A4851">
        <w:t>£12</w:t>
      </w:r>
      <w:r>
        <w:tab/>
      </w:r>
      <w:r>
        <w:tab/>
      </w:r>
    </w:p>
    <w:p w14:paraId="48A36AFE" w14:textId="5B2F7AB1" w:rsidR="00E00F59" w:rsidRDefault="00E00F59" w:rsidP="00EF2064">
      <w:pPr>
        <w:pStyle w:val="ListBullet"/>
        <w:numPr>
          <w:ilvl w:val="0"/>
          <w:numId w:val="0"/>
        </w:numPr>
        <w:ind w:firstLine="360"/>
      </w:pPr>
      <w:r>
        <w:t>Glamorgan Heritage   Ministry</w:t>
      </w:r>
      <w:r>
        <w:tab/>
        <w:t>Meeting Room hire</w:t>
      </w:r>
      <w:r>
        <w:tab/>
      </w:r>
      <w:r w:rsidR="001C024B">
        <w:t xml:space="preserve">               </w:t>
      </w:r>
      <w:r>
        <w:t>£90</w:t>
      </w:r>
      <w:r>
        <w:tab/>
      </w:r>
      <w:r>
        <w:tab/>
      </w:r>
      <w:r>
        <w:tab/>
      </w:r>
    </w:p>
    <w:p w14:paraId="4CABDF6D" w14:textId="0B6980EB" w:rsidR="00E00F59" w:rsidRDefault="00E00F59" w:rsidP="00E00F59">
      <w:pPr>
        <w:pStyle w:val="ListBullet"/>
      </w:pPr>
      <w:r>
        <w:t>Welsh Water</w:t>
      </w:r>
      <w:r>
        <w:tab/>
      </w:r>
      <w:r w:rsidR="004720EF">
        <w:tab/>
      </w:r>
      <w:r w:rsidR="004720EF">
        <w:tab/>
      </w:r>
      <w:r>
        <w:t xml:space="preserve">Burial ground </w:t>
      </w:r>
      <w:r>
        <w:tab/>
      </w:r>
      <w:r w:rsidR="001C024B">
        <w:tab/>
      </w:r>
      <w:r w:rsidR="001C024B">
        <w:tab/>
      </w:r>
      <w:r>
        <w:t>£20.96</w:t>
      </w:r>
      <w:r>
        <w:tab/>
      </w:r>
      <w:r>
        <w:tab/>
      </w:r>
      <w:r>
        <w:tab/>
      </w:r>
    </w:p>
    <w:p w14:paraId="40E7E8A1" w14:textId="71703AF5" w:rsidR="00E00F59" w:rsidRDefault="000F5BC1" w:rsidP="000F5BC1">
      <w:pPr>
        <w:pStyle w:val="ListBullet"/>
        <w:numPr>
          <w:ilvl w:val="0"/>
          <w:numId w:val="0"/>
        </w:numPr>
      </w:pPr>
      <w:r>
        <w:t xml:space="preserve">      </w:t>
      </w:r>
      <w:r w:rsidR="00A42D88">
        <w:t xml:space="preserve"> </w:t>
      </w:r>
      <w:r w:rsidR="00E00F59">
        <w:t xml:space="preserve">Ogmore </w:t>
      </w:r>
      <w:r>
        <w:t>Wildflowers</w:t>
      </w:r>
      <w:r w:rsidR="00E00F59">
        <w:tab/>
      </w:r>
      <w:r>
        <w:tab/>
      </w:r>
      <w:r w:rsidR="00E00F59">
        <w:t>Donation</w:t>
      </w:r>
      <w:r w:rsidR="00E00F59">
        <w:tab/>
      </w:r>
      <w:r w:rsidR="001C024B">
        <w:tab/>
      </w:r>
      <w:r w:rsidR="001C024B">
        <w:tab/>
      </w:r>
      <w:r w:rsidR="00E00F59">
        <w:t>£188.15</w:t>
      </w:r>
      <w:r w:rsidR="00E00F59">
        <w:tab/>
      </w:r>
      <w:r w:rsidR="00E00F59">
        <w:tab/>
      </w:r>
      <w:r w:rsidR="00E00F59">
        <w:tab/>
      </w:r>
    </w:p>
    <w:p w14:paraId="7FAA32D8" w14:textId="2847B78A" w:rsidR="00E00F59" w:rsidRDefault="00E00F59" w:rsidP="00E00F59">
      <w:pPr>
        <w:pStyle w:val="ListBullet"/>
      </w:pPr>
      <w:r>
        <w:t>Total Expenditure</w:t>
      </w:r>
      <w:r>
        <w:tab/>
      </w:r>
      <w:r>
        <w:tab/>
      </w:r>
      <w:r w:rsidR="001C024B">
        <w:tab/>
      </w:r>
      <w:r w:rsidR="001C024B">
        <w:tab/>
      </w:r>
      <w:r w:rsidR="001C024B">
        <w:tab/>
      </w:r>
      <w:r w:rsidR="001C024B">
        <w:tab/>
      </w:r>
      <w:r w:rsidR="001C024B">
        <w:tab/>
      </w:r>
      <w:r>
        <w:t>£393.91</w:t>
      </w:r>
      <w:r>
        <w:tab/>
      </w:r>
      <w:r>
        <w:tab/>
      </w:r>
      <w:r>
        <w:tab/>
      </w:r>
    </w:p>
    <w:p w14:paraId="6A46079A" w14:textId="1841967A" w:rsidR="00E00F59" w:rsidRDefault="00E00F59" w:rsidP="00E00F59">
      <w:pPr>
        <w:pStyle w:val="ListBullet"/>
      </w:pPr>
      <w:r>
        <w:t>Current Account</w:t>
      </w:r>
      <w:r>
        <w:tab/>
      </w:r>
      <w:r>
        <w:tab/>
      </w:r>
      <w:r w:rsidR="00F6143F">
        <w:tab/>
      </w:r>
      <w:r>
        <w:t>£11823.64</w:t>
      </w:r>
      <w:r>
        <w:tab/>
      </w:r>
      <w:r>
        <w:tab/>
      </w:r>
      <w:r>
        <w:tab/>
      </w:r>
    </w:p>
    <w:p w14:paraId="1B9E98C8" w14:textId="77777777" w:rsidR="00E00F59" w:rsidRDefault="00E00F59" w:rsidP="00E00F59">
      <w:pPr>
        <w:pStyle w:val="ListBullet"/>
      </w:pPr>
      <w:r>
        <w:t>31st March 2026</w:t>
      </w:r>
      <w:r>
        <w:tab/>
      </w:r>
      <w:r>
        <w:tab/>
      </w:r>
      <w:r>
        <w:tab/>
      </w:r>
      <w:r>
        <w:tab/>
      </w:r>
      <w:r>
        <w:tab/>
      </w:r>
    </w:p>
    <w:p w14:paraId="7ED76700" w14:textId="70917BA7" w:rsidR="00E00F59" w:rsidRDefault="00E00F59" w:rsidP="00E00F59">
      <w:pPr>
        <w:pStyle w:val="ListBullet"/>
      </w:pPr>
      <w:r>
        <w:t>Business Savings Account</w:t>
      </w:r>
    </w:p>
    <w:p w14:paraId="2897661C" w14:textId="77777777" w:rsidR="00E00F59" w:rsidRDefault="00E00F59" w:rsidP="00E00F59">
      <w:pPr>
        <w:pStyle w:val="ListBullet"/>
      </w:pPr>
      <w:r>
        <w:t>28th February2026</w:t>
      </w:r>
      <w:r>
        <w:tab/>
      </w:r>
      <w:r>
        <w:tab/>
        <w:t>£18547.83</w:t>
      </w:r>
      <w:r>
        <w:tab/>
      </w:r>
      <w:r>
        <w:tab/>
      </w:r>
      <w:r>
        <w:tab/>
      </w:r>
    </w:p>
    <w:p w14:paraId="5335046E" w14:textId="73D3ABC6" w:rsidR="00E00F59" w:rsidRDefault="00E00F59" w:rsidP="00E00F59">
      <w:pPr>
        <w:pStyle w:val="ListBullet"/>
      </w:pPr>
      <w:r>
        <w:t>Income</w:t>
      </w:r>
      <w:r>
        <w:tab/>
      </w:r>
      <w:r>
        <w:tab/>
      </w:r>
      <w:r w:rsidR="00F6143F">
        <w:tab/>
      </w:r>
      <w:r w:rsidR="00F6143F">
        <w:tab/>
      </w:r>
      <w:r>
        <w:t>£46.95</w:t>
      </w:r>
      <w:r>
        <w:tab/>
      </w:r>
      <w:r>
        <w:tab/>
      </w:r>
      <w:r>
        <w:tab/>
      </w:r>
    </w:p>
    <w:p w14:paraId="33F7DC02" w14:textId="215708F2" w:rsidR="00E00F59" w:rsidRDefault="00E00F59" w:rsidP="00D24FEE">
      <w:pPr>
        <w:pStyle w:val="ListBullet"/>
        <w:numPr>
          <w:ilvl w:val="0"/>
          <w:numId w:val="0"/>
        </w:numPr>
        <w:ind w:left="360"/>
      </w:pPr>
      <w:r>
        <w:tab/>
      </w:r>
      <w:r>
        <w:tab/>
      </w:r>
      <w:r>
        <w:tab/>
      </w:r>
      <w:r>
        <w:tab/>
      </w:r>
    </w:p>
    <w:p w14:paraId="46C00FB8" w14:textId="77777777" w:rsidR="00E00F59" w:rsidRDefault="00E00F59" w:rsidP="00E00F59">
      <w:pPr>
        <w:pStyle w:val="ListBullet"/>
      </w:pPr>
      <w:r>
        <w:t>Business Savings Account</w:t>
      </w:r>
      <w:r>
        <w:tab/>
      </w:r>
      <w:r>
        <w:tab/>
        <w:t>£18594.78</w:t>
      </w:r>
      <w:r>
        <w:tab/>
      </w:r>
      <w:r>
        <w:tab/>
      </w:r>
      <w:r>
        <w:tab/>
      </w:r>
    </w:p>
    <w:p w14:paraId="5127DB43" w14:textId="77777777" w:rsidR="00E00F59" w:rsidRDefault="00E00F59" w:rsidP="00E00F59">
      <w:pPr>
        <w:pStyle w:val="ListBullet"/>
      </w:pPr>
      <w:r>
        <w:t>31st March 2026</w:t>
      </w:r>
      <w:r>
        <w:tab/>
      </w:r>
      <w:r>
        <w:tab/>
      </w:r>
      <w:r>
        <w:tab/>
      </w:r>
      <w:r>
        <w:tab/>
      </w:r>
      <w:r>
        <w:tab/>
      </w:r>
    </w:p>
    <w:p w14:paraId="011375E1" w14:textId="22FEFB1E" w:rsidR="00E00F59" w:rsidRDefault="00E00F59" w:rsidP="00D24FEE">
      <w:pPr>
        <w:pStyle w:val="ListBullet"/>
        <w:numPr>
          <w:ilvl w:val="0"/>
          <w:numId w:val="0"/>
        </w:numPr>
        <w:ind w:left="360"/>
      </w:pPr>
      <w:r>
        <w:tab/>
      </w:r>
      <w:r>
        <w:tab/>
      </w:r>
      <w:r>
        <w:tab/>
      </w:r>
      <w:r>
        <w:tab/>
      </w:r>
    </w:p>
    <w:p w14:paraId="629DF8BA" w14:textId="59EC857A" w:rsidR="00E00F59" w:rsidRPr="00F6143F" w:rsidRDefault="00F6143F" w:rsidP="00E00F59">
      <w:pPr>
        <w:pStyle w:val="ListBullet"/>
        <w:rPr>
          <w:b/>
          <w:bCs/>
        </w:rPr>
      </w:pPr>
      <w:r w:rsidRPr="00F6143F">
        <w:rPr>
          <w:b/>
          <w:bCs/>
        </w:rPr>
        <w:t>TOTAL FUNDS</w:t>
      </w:r>
      <w:r w:rsidR="00E00F59" w:rsidRPr="00F6143F">
        <w:rPr>
          <w:b/>
          <w:bCs/>
        </w:rPr>
        <w:tab/>
      </w:r>
      <w:r w:rsidR="00E00F59" w:rsidRPr="00F6143F">
        <w:rPr>
          <w:b/>
          <w:bCs/>
        </w:rPr>
        <w:tab/>
      </w:r>
      <w:r w:rsidR="005C5230">
        <w:rPr>
          <w:b/>
          <w:bCs/>
        </w:rPr>
        <w:t xml:space="preserve">             </w:t>
      </w:r>
      <w:r w:rsidR="00E00F59" w:rsidRPr="00F6143F">
        <w:rPr>
          <w:b/>
          <w:bCs/>
        </w:rPr>
        <w:t>£30418.42</w:t>
      </w:r>
      <w:r w:rsidR="00E00F59" w:rsidRPr="00F6143F">
        <w:rPr>
          <w:b/>
          <w:bCs/>
        </w:rPr>
        <w:tab/>
      </w:r>
      <w:r w:rsidR="00E00F59" w:rsidRPr="00F6143F">
        <w:rPr>
          <w:b/>
          <w:bCs/>
        </w:rPr>
        <w:tab/>
      </w:r>
      <w:r w:rsidR="00E00F59" w:rsidRPr="00F6143F">
        <w:rPr>
          <w:b/>
          <w:bCs/>
        </w:rPr>
        <w:tab/>
      </w:r>
    </w:p>
    <w:p w14:paraId="615BD60E" w14:textId="2AF46127" w:rsidR="00E00F59" w:rsidRDefault="00E00F59" w:rsidP="00D24FEE">
      <w:pPr>
        <w:pStyle w:val="ListBullet"/>
        <w:numPr>
          <w:ilvl w:val="0"/>
          <w:numId w:val="0"/>
        </w:numPr>
        <w:ind w:left="360"/>
      </w:pPr>
      <w:r>
        <w:tab/>
      </w:r>
      <w:r>
        <w:tab/>
      </w:r>
      <w:r>
        <w:tab/>
      </w:r>
      <w:r>
        <w:tab/>
      </w:r>
    </w:p>
    <w:p w14:paraId="7BACDA0D" w14:textId="047714DA" w:rsidR="002A25A5" w:rsidRDefault="00E00F59" w:rsidP="00E00F59">
      <w:pPr>
        <w:pStyle w:val="ListBullet"/>
        <w:numPr>
          <w:ilvl w:val="0"/>
          <w:numId w:val="0"/>
        </w:numPr>
        <w:ind w:left="360" w:hanging="360"/>
      </w:pPr>
      <w:r>
        <w:tab/>
      </w:r>
    </w:p>
    <w:p w14:paraId="04BAAF48" w14:textId="77777777" w:rsidR="002A25A5" w:rsidRDefault="002A25A5" w:rsidP="002A25A5">
      <w:pPr>
        <w:pStyle w:val="ListBullet"/>
        <w:numPr>
          <w:ilvl w:val="0"/>
          <w:numId w:val="0"/>
        </w:numPr>
        <w:ind w:left="360" w:hanging="360"/>
      </w:pPr>
    </w:p>
    <w:p w14:paraId="082D5D9B" w14:textId="77777777" w:rsidR="002A25A5" w:rsidRDefault="002A25A5" w:rsidP="002A25A5">
      <w:pPr>
        <w:pStyle w:val="ListBullet"/>
        <w:numPr>
          <w:ilvl w:val="0"/>
          <w:numId w:val="0"/>
        </w:numPr>
        <w:ind w:left="360" w:hanging="360"/>
      </w:pPr>
    </w:p>
    <w:p w14:paraId="1B8A0DB7" w14:textId="77777777" w:rsidR="002A25A5" w:rsidRDefault="002A25A5" w:rsidP="002A25A5">
      <w:pPr>
        <w:pStyle w:val="ListBullet"/>
        <w:numPr>
          <w:ilvl w:val="0"/>
          <w:numId w:val="0"/>
        </w:numPr>
        <w:ind w:left="360" w:hanging="360"/>
      </w:pPr>
    </w:p>
    <w:p w14:paraId="2EC8B93C" w14:textId="77777777" w:rsidR="002A25A5" w:rsidRDefault="002A25A5" w:rsidP="002A25A5">
      <w:pPr>
        <w:pStyle w:val="ListBullet"/>
        <w:numPr>
          <w:ilvl w:val="0"/>
          <w:numId w:val="0"/>
        </w:numPr>
        <w:ind w:left="360" w:hanging="360"/>
      </w:pPr>
    </w:p>
    <w:p w14:paraId="1EB76E3B" w14:textId="59C331B1" w:rsidR="00904734" w:rsidRDefault="00904734">
      <w:r>
        <w:br w:type="page"/>
      </w:r>
    </w:p>
    <w:p w14:paraId="7CB0C97B" w14:textId="7A3B1D58" w:rsidR="002A25A5" w:rsidRPr="00DC6806" w:rsidRDefault="002A25A5" w:rsidP="00DC6806">
      <w:pPr>
        <w:pStyle w:val="ListBullet"/>
        <w:numPr>
          <w:ilvl w:val="0"/>
          <w:numId w:val="0"/>
        </w:numPr>
        <w:ind w:left="360" w:hanging="360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DC6806">
        <w:rPr>
          <w:rFonts w:asciiTheme="majorHAnsi" w:eastAsiaTheme="majorEastAsia" w:hAnsiTheme="majorHAnsi" w:cstheme="majorBidi"/>
          <w:b/>
          <w:bCs/>
          <w:color w:val="4F81BD" w:themeColor="accent1"/>
        </w:rPr>
        <w:lastRenderedPageBreak/>
        <w:t>Burial Grounds</w:t>
      </w:r>
    </w:p>
    <w:p w14:paraId="252E7A8E" w14:textId="77777777" w:rsidR="002A25A5" w:rsidRDefault="002A25A5" w:rsidP="002A25A5">
      <w:pPr>
        <w:pStyle w:val="ListBullet"/>
      </w:pPr>
      <w:r>
        <w:t>Cremation plots and reuse of grave spaces were discussed. Two upcoming interments were noted.</w:t>
      </w:r>
    </w:p>
    <w:p w14:paraId="0EB3F160" w14:textId="77777777" w:rsidR="002A25A5" w:rsidRDefault="002A25A5" w:rsidP="002A25A5">
      <w:pPr>
        <w:pStyle w:val="ListBullet"/>
      </w:pPr>
      <w:r>
        <w:t>The Council agreed to fund a structural engineer’s report up to £2,340. Options for clock and bell repairs are being explored, subject to the survey outcome.</w:t>
      </w:r>
    </w:p>
    <w:p w14:paraId="48B12863" w14:textId="77777777" w:rsidR="003F1F35" w:rsidRDefault="003F1F35" w:rsidP="003F1F35">
      <w:pPr>
        <w:pStyle w:val="ListBullet"/>
        <w:numPr>
          <w:ilvl w:val="0"/>
          <w:numId w:val="0"/>
        </w:numPr>
        <w:ind w:left="360"/>
      </w:pPr>
    </w:p>
    <w:p w14:paraId="283FB916" w14:textId="76F78E2A" w:rsidR="002A25A5" w:rsidRPr="00EC1520" w:rsidRDefault="005D21CA" w:rsidP="00EC1520">
      <w:pPr>
        <w:pStyle w:val="ListBullet"/>
        <w:numPr>
          <w:ilvl w:val="0"/>
          <w:numId w:val="0"/>
        </w:numPr>
        <w:ind w:left="360" w:hanging="360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EC1520">
        <w:rPr>
          <w:rFonts w:asciiTheme="majorHAnsi" w:eastAsiaTheme="majorEastAsia" w:hAnsiTheme="majorHAnsi" w:cstheme="majorBidi"/>
          <w:b/>
          <w:bCs/>
          <w:color w:val="4F81BD" w:themeColor="accent1"/>
        </w:rPr>
        <w:t>Biodiversity</w:t>
      </w:r>
      <w:r w:rsidR="002A25A5" w:rsidRPr="00EC1520">
        <w:rPr>
          <w:rFonts w:asciiTheme="majorHAnsi" w:eastAsiaTheme="majorEastAsia" w:hAnsiTheme="majorHAnsi" w:cstheme="majorBidi"/>
          <w:b/>
          <w:bCs/>
          <w:color w:val="4F81BD" w:themeColor="accent1"/>
        </w:rPr>
        <w:t xml:space="preserve"> and Environment</w:t>
      </w:r>
    </w:p>
    <w:p w14:paraId="6A6C1526" w14:textId="5EB3A6F5" w:rsidR="005D21CA" w:rsidRDefault="002A25A5" w:rsidP="002A25A5">
      <w:pPr>
        <w:pStyle w:val="ListBullet"/>
      </w:pPr>
      <w:r>
        <w:t>The Council agreed to support the butterfly sculpture competition through promotion and by nominating a judge. Printing costs will be met by the organisers</w:t>
      </w:r>
    </w:p>
    <w:p w14:paraId="2FAC36DE" w14:textId="69BA6079" w:rsidR="002A25A5" w:rsidRDefault="002A25A5" w:rsidP="007248D2">
      <w:pPr>
        <w:pStyle w:val="ListBullet"/>
        <w:numPr>
          <w:ilvl w:val="0"/>
          <w:numId w:val="0"/>
        </w:numPr>
        <w:ind w:left="360" w:hanging="360"/>
      </w:pPr>
    </w:p>
    <w:p w14:paraId="51028C4C" w14:textId="1EC4B9F1" w:rsidR="007248D2" w:rsidRPr="007248D2" w:rsidRDefault="007248D2" w:rsidP="007248D2">
      <w:pPr>
        <w:pStyle w:val="ListBullet"/>
        <w:numPr>
          <w:ilvl w:val="0"/>
          <w:numId w:val="0"/>
        </w:numPr>
        <w:ind w:left="360" w:hanging="360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7248D2">
        <w:rPr>
          <w:rFonts w:asciiTheme="majorHAnsi" w:eastAsiaTheme="majorEastAsia" w:hAnsiTheme="majorHAnsi" w:cstheme="majorBidi"/>
          <w:b/>
          <w:bCs/>
          <w:color w:val="4F81BD" w:themeColor="accent1"/>
        </w:rPr>
        <w:t>Reports from member</w:t>
      </w:r>
    </w:p>
    <w:p w14:paraId="2D1B9398" w14:textId="77777777" w:rsidR="002A25A5" w:rsidRDefault="002A25A5" w:rsidP="002A25A5">
      <w:pPr>
        <w:pStyle w:val="ListBullet"/>
      </w:pPr>
      <w:r>
        <w:t>Several vacancies were noted. Strategies for recruitment including personal invitations were discussed.</w:t>
      </w:r>
    </w:p>
    <w:p w14:paraId="1824C417" w14:textId="47208DDC" w:rsidR="00C66AB4" w:rsidRDefault="00C66AB4" w:rsidP="007E6A5D">
      <w:pPr>
        <w:pStyle w:val="Heading4"/>
      </w:pPr>
      <w:r>
        <w:t>Southerndown</w:t>
      </w:r>
    </w:p>
    <w:p w14:paraId="102FFC84" w14:textId="267B1294" w:rsidR="007E6A5D" w:rsidRDefault="007E6A5D" w:rsidP="00F4577B">
      <w:pPr>
        <w:pStyle w:val="ListBullet"/>
      </w:pPr>
      <w:r>
        <w:t>It was noted the community council notice board was missing from the bus shelter. It was agreed for enquires to be made in The Golden C</w:t>
      </w:r>
      <w:r w:rsidR="00F4577B">
        <w:t>up</w:t>
      </w:r>
      <w:r w:rsidR="009310FA">
        <w:t>s</w:t>
      </w:r>
      <w:r w:rsidR="00405EEA">
        <w:t xml:space="preserve"> on its whereabouts</w:t>
      </w:r>
      <w:r w:rsidR="00F4577B">
        <w:t>.</w:t>
      </w:r>
    </w:p>
    <w:p w14:paraId="11AF7F14" w14:textId="6B3FC567" w:rsidR="009310FA" w:rsidRPr="007E6A5D" w:rsidRDefault="009310FA" w:rsidP="009310FA">
      <w:pPr>
        <w:pStyle w:val="Heading4"/>
      </w:pPr>
      <w:r>
        <w:t>Ogmore by Sea</w:t>
      </w:r>
    </w:p>
    <w:p w14:paraId="34253859" w14:textId="22F5D4EF" w:rsidR="002A25A5" w:rsidRDefault="002A25A5" w:rsidP="002A25A5">
      <w:pPr>
        <w:pStyle w:val="ListBullet"/>
      </w:pPr>
      <w:r>
        <w:t xml:space="preserve">New benches were praised. The Council agreed to install </w:t>
      </w:r>
      <w:r w:rsidR="00686BAA">
        <w:t>plagues</w:t>
      </w:r>
      <w:r>
        <w:t xml:space="preserve"> stating they were donated and installed by the Community Council to improve public awareness.</w:t>
      </w:r>
    </w:p>
    <w:p w14:paraId="41E8581B" w14:textId="24E1D045" w:rsidR="00686BAA" w:rsidRDefault="00686BAA" w:rsidP="007A59FD">
      <w:pPr>
        <w:pStyle w:val="Heading4"/>
      </w:pPr>
      <w:r>
        <w:t>St Brides Majo</w:t>
      </w:r>
      <w:r w:rsidR="007A59FD">
        <w:t>r</w:t>
      </w:r>
    </w:p>
    <w:p w14:paraId="4F306BD1" w14:textId="2734F624" w:rsidR="007A59FD" w:rsidRDefault="007A59FD" w:rsidP="007A59FD">
      <w:pPr>
        <w:pStyle w:val="ListBullet"/>
      </w:pPr>
      <w:r>
        <w:t>A request made to remove the tree at the front of the church. It was agreed to contact the Vale of Glamorgan with this request.</w:t>
      </w:r>
    </w:p>
    <w:p w14:paraId="79E89C75" w14:textId="77777777" w:rsidR="00405EEA" w:rsidRPr="007A59FD" w:rsidRDefault="00405EEA" w:rsidP="00405EEA">
      <w:pPr>
        <w:pStyle w:val="ListBullet"/>
        <w:numPr>
          <w:ilvl w:val="0"/>
          <w:numId w:val="0"/>
        </w:numPr>
        <w:ind w:left="360"/>
      </w:pPr>
    </w:p>
    <w:p w14:paraId="43D7F828" w14:textId="400895CC" w:rsidR="002A25A5" w:rsidRDefault="002A25A5" w:rsidP="002A25A5">
      <w:pPr>
        <w:pStyle w:val="ListBullet"/>
      </w:pPr>
      <w:r>
        <w:t>Meeting Closed</w:t>
      </w:r>
      <w:r w:rsidR="007A59FD">
        <w:t xml:space="preserve"> at 20.50</w:t>
      </w:r>
      <w:r>
        <w:t>.</w:t>
      </w:r>
    </w:p>
    <w:p w14:paraId="41388C24" w14:textId="77777777" w:rsidR="002A25A5" w:rsidRDefault="002A25A5" w:rsidP="002A25A5">
      <w:pPr>
        <w:pStyle w:val="ListBullet"/>
        <w:numPr>
          <w:ilvl w:val="0"/>
          <w:numId w:val="0"/>
        </w:numPr>
        <w:ind w:left="360" w:hanging="360"/>
      </w:pPr>
    </w:p>
    <w:sectPr w:rsidR="002A25A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F7EB4" w14:textId="77777777" w:rsidR="000506F5" w:rsidRDefault="000506F5" w:rsidP="00CB19D4">
      <w:pPr>
        <w:spacing w:after="0" w:line="240" w:lineRule="auto"/>
      </w:pPr>
      <w:r>
        <w:separator/>
      </w:r>
    </w:p>
  </w:endnote>
  <w:endnote w:type="continuationSeparator" w:id="0">
    <w:p w14:paraId="18F967A9" w14:textId="77777777" w:rsidR="000506F5" w:rsidRDefault="000506F5" w:rsidP="00CB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6459" w14:textId="77777777" w:rsidR="00CB19D4" w:rsidRDefault="00CB1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08611" w14:textId="77777777" w:rsidR="00CB19D4" w:rsidRDefault="00CB19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312C" w14:textId="77777777" w:rsidR="00CB19D4" w:rsidRDefault="00CB19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6E4B" w14:textId="77777777" w:rsidR="000506F5" w:rsidRDefault="000506F5" w:rsidP="00CB19D4">
      <w:pPr>
        <w:spacing w:after="0" w:line="240" w:lineRule="auto"/>
      </w:pPr>
      <w:r>
        <w:separator/>
      </w:r>
    </w:p>
  </w:footnote>
  <w:footnote w:type="continuationSeparator" w:id="0">
    <w:p w14:paraId="3582073C" w14:textId="77777777" w:rsidR="000506F5" w:rsidRDefault="000506F5" w:rsidP="00CB1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2ED2" w14:textId="36CBB341" w:rsidR="00CB19D4" w:rsidRDefault="00CB1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A646" w14:textId="3FA89696" w:rsidR="00CB19D4" w:rsidRDefault="00CB19D4">
    <w:pPr>
      <w:pStyle w:val="Header"/>
    </w:pPr>
  </w:p>
  <w:sdt>
    <w:sdtPr>
      <w:id w:val="1126889072"/>
      <w:docPartObj>
        <w:docPartGallery w:val="Page Numbers (Margins)"/>
        <w:docPartUnique/>
      </w:docPartObj>
    </w:sdtPr>
    <w:sdtEndPr/>
    <w:sdtContent>
      <w:p w14:paraId="0A76634E" w14:textId="77777777" w:rsidR="00CB19D4" w:rsidRDefault="00CB19D4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B09456C" wp14:editId="310F3B8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86247230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920AB" w14:textId="77777777" w:rsidR="00CB19D4" w:rsidRDefault="00CB19D4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B09456C" id="Rectangle 1" o:spid="_x0000_s1026" style="position:absolute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3DB920AB" w14:textId="77777777" w:rsidR="00CB19D4" w:rsidRDefault="00CB19D4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B327" w14:textId="5028582E" w:rsidR="00CB19D4" w:rsidRDefault="00CB1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AA2D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856A1"/>
    <w:multiLevelType w:val="multilevel"/>
    <w:tmpl w:val="4BDA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6F1406"/>
    <w:multiLevelType w:val="multilevel"/>
    <w:tmpl w:val="CC5C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E249C8"/>
    <w:multiLevelType w:val="multilevel"/>
    <w:tmpl w:val="9708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8A09AA"/>
    <w:multiLevelType w:val="multilevel"/>
    <w:tmpl w:val="F9CE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483982">
    <w:abstractNumId w:val="8"/>
  </w:num>
  <w:num w:numId="2" w16cid:durableId="462425051">
    <w:abstractNumId w:val="6"/>
  </w:num>
  <w:num w:numId="3" w16cid:durableId="295113033">
    <w:abstractNumId w:val="5"/>
  </w:num>
  <w:num w:numId="4" w16cid:durableId="2055501308">
    <w:abstractNumId w:val="4"/>
  </w:num>
  <w:num w:numId="5" w16cid:durableId="1796555713">
    <w:abstractNumId w:val="7"/>
  </w:num>
  <w:num w:numId="6" w16cid:durableId="1600143986">
    <w:abstractNumId w:val="3"/>
  </w:num>
  <w:num w:numId="7" w16cid:durableId="1616866267">
    <w:abstractNumId w:val="2"/>
  </w:num>
  <w:num w:numId="8" w16cid:durableId="528881137">
    <w:abstractNumId w:val="1"/>
  </w:num>
  <w:num w:numId="9" w16cid:durableId="786583055">
    <w:abstractNumId w:val="0"/>
  </w:num>
  <w:num w:numId="10" w16cid:durableId="1607956828">
    <w:abstractNumId w:val="11"/>
  </w:num>
  <w:num w:numId="11" w16cid:durableId="654140878">
    <w:abstractNumId w:val="9"/>
  </w:num>
  <w:num w:numId="12" w16cid:durableId="1435124722">
    <w:abstractNumId w:val="10"/>
  </w:num>
  <w:num w:numId="13" w16cid:durableId="1094132682">
    <w:abstractNumId w:val="12"/>
  </w:num>
  <w:num w:numId="14" w16cid:durableId="1384670320">
    <w:abstractNumId w:val="8"/>
  </w:num>
  <w:num w:numId="15" w16cid:durableId="1783500317">
    <w:abstractNumId w:val="8"/>
  </w:num>
  <w:num w:numId="16" w16cid:durableId="1088817602">
    <w:abstractNumId w:val="8"/>
  </w:num>
  <w:num w:numId="17" w16cid:durableId="888959757">
    <w:abstractNumId w:val="8"/>
  </w:num>
  <w:num w:numId="18" w16cid:durableId="1404837551">
    <w:abstractNumId w:val="8"/>
  </w:num>
  <w:num w:numId="19" w16cid:durableId="799691168">
    <w:abstractNumId w:val="8"/>
  </w:num>
  <w:num w:numId="20" w16cid:durableId="772823941">
    <w:abstractNumId w:val="8"/>
  </w:num>
  <w:num w:numId="21" w16cid:durableId="1586383567">
    <w:abstractNumId w:val="8"/>
  </w:num>
  <w:num w:numId="22" w16cid:durableId="1691487657">
    <w:abstractNumId w:val="8"/>
  </w:num>
  <w:num w:numId="23" w16cid:durableId="1451314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BC5"/>
    <w:rsid w:val="00034616"/>
    <w:rsid w:val="000506F5"/>
    <w:rsid w:val="0006063C"/>
    <w:rsid w:val="000619AE"/>
    <w:rsid w:val="00090E52"/>
    <w:rsid w:val="000A4851"/>
    <w:rsid w:val="000A6EDF"/>
    <w:rsid w:val="000B6687"/>
    <w:rsid w:val="000F0751"/>
    <w:rsid w:val="000F5BC1"/>
    <w:rsid w:val="001419C7"/>
    <w:rsid w:val="001478D8"/>
    <w:rsid w:val="0015074B"/>
    <w:rsid w:val="001A5D8C"/>
    <w:rsid w:val="001C024B"/>
    <w:rsid w:val="002417DA"/>
    <w:rsid w:val="0029639D"/>
    <w:rsid w:val="002A25A5"/>
    <w:rsid w:val="002C267E"/>
    <w:rsid w:val="003023AB"/>
    <w:rsid w:val="00326F90"/>
    <w:rsid w:val="00340B44"/>
    <w:rsid w:val="00377141"/>
    <w:rsid w:val="003A3A9B"/>
    <w:rsid w:val="003A6504"/>
    <w:rsid w:val="003F1F35"/>
    <w:rsid w:val="00405EEA"/>
    <w:rsid w:val="0044351F"/>
    <w:rsid w:val="004720EF"/>
    <w:rsid w:val="004A28DF"/>
    <w:rsid w:val="004D3493"/>
    <w:rsid w:val="00562BC7"/>
    <w:rsid w:val="0057198D"/>
    <w:rsid w:val="005A53F5"/>
    <w:rsid w:val="005C5230"/>
    <w:rsid w:val="005D21CA"/>
    <w:rsid w:val="005D3E1C"/>
    <w:rsid w:val="00625F32"/>
    <w:rsid w:val="00657A93"/>
    <w:rsid w:val="006756DE"/>
    <w:rsid w:val="00686BAA"/>
    <w:rsid w:val="006C7FA0"/>
    <w:rsid w:val="006F78D3"/>
    <w:rsid w:val="007248D2"/>
    <w:rsid w:val="007269F4"/>
    <w:rsid w:val="007758A2"/>
    <w:rsid w:val="0078175E"/>
    <w:rsid w:val="007A59FD"/>
    <w:rsid w:val="007B057F"/>
    <w:rsid w:val="007E6A5D"/>
    <w:rsid w:val="007F41C5"/>
    <w:rsid w:val="00815865"/>
    <w:rsid w:val="0083728C"/>
    <w:rsid w:val="00846EE2"/>
    <w:rsid w:val="008763DF"/>
    <w:rsid w:val="008A5245"/>
    <w:rsid w:val="008E7CAD"/>
    <w:rsid w:val="00904734"/>
    <w:rsid w:val="009310FA"/>
    <w:rsid w:val="00965347"/>
    <w:rsid w:val="00990EF2"/>
    <w:rsid w:val="009B4DC7"/>
    <w:rsid w:val="00A2176E"/>
    <w:rsid w:val="00A42D88"/>
    <w:rsid w:val="00AA1D8D"/>
    <w:rsid w:val="00AD4EB2"/>
    <w:rsid w:val="00AF53F8"/>
    <w:rsid w:val="00B0062C"/>
    <w:rsid w:val="00B0378E"/>
    <w:rsid w:val="00B47730"/>
    <w:rsid w:val="00C2076C"/>
    <w:rsid w:val="00C66AB4"/>
    <w:rsid w:val="00CB0664"/>
    <w:rsid w:val="00CB19D4"/>
    <w:rsid w:val="00D24FEE"/>
    <w:rsid w:val="00D4012C"/>
    <w:rsid w:val="00D77300"/>
    <w:rsid w:val="00D912B2"/>
    <w:rsid w:val="00DC6806"/>
    <w:rsid w:val="00E0020A"/>
    <w:rsid w:val="00E00F59"/>
    <w:rsid w:val="00EB3C7D"/>
    <w:rsid w:val="00EC1520"/>
    <w:rsid w:val="00EC442E"/>
    <w:rsid w:val="00EC6552"/>
    <w:rsid w:val="00EF2064"/>
    <w:rsid w:val="00F4577B"/>
    <w:rsid w:val="00F614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F31946"/>
  <w14:defaultImageDpi w14:val="300"/>
  <w15:docId w15:val="{997484A3-4D29-498E-B11A-468D0B57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F28B3E1612A4CA59CE50B1A1F07ED" ma:contentTypeVersion="18" ma:contentTypeDescription="Create a new document." ma:contentTypeScope="" ma:versionID="078d111d406d2a3bf36f23eb23f2a142">
  <xsd:schema xmlns:xsd="http://www.w3.org/2001/XMLSchema" xmlns:xs="http://www.w3.org/2001/XMLSchema" xmlns:p="http://schemas.microsoft.com/office/2006/metadata/properties" xmlns:ns2="7a4d9a35-ff41-41af-b3c8-508bd50eeb89" xmlns:ns3="422272ad-d3bb-4ba1-bdd7-e305bf1533dd" targetNamespace="http://schemas.microsoft.com/office/2006/metadata/properties" ma:root="true" ma:fieldsID="931bb19fb2ab876c4f20add3570c2103" ns2:_="" ns3:_="">
    <xsd:import namespace="7a4d9a35-ff41-41af-b3c8-508bd50eeb89"/>
    <xsd:import namespace="422272ad-d3bb-4ba1-bdd7-e305bf153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d9a35-ff41-41af-b3c8-508bd50eeb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60a7fb-85a5-4a3c-9c6c-38d5dd8e0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272ad-d3bb-4ba1-bdd7-e305bf153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4ed6f6-1d5d-4ca2-866e-f4dc7e78e309}" ma:internalName="TaxCatchAll" ma:showField="CatchAllData" ma:web="422272ad-d3bb-4ba1-bdd7-e305bf153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d9a35-ff41-41af-b3c8-508bd50eeb89">
      <Terms xmlns="http://schemas.microsoft.com/office/infopath/2007/PartnerControls"/>
    </lcf76f155ced4ddcb4097134ff3c332f>
    <TaxCatchAll xmlns="422272ad-d3bb-4ba1-bdd7-e305bf1533d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B7AE24-5161-49E3-83E6-6DA7AF004455}"/>
</file>

<file path=customXml/itemProps3.xml><?xml version="1.0" encoding="utf-8"?>
<ds:datastoreItem xmlns:ds="http://schemas.openxmlformats.org/officeDocument/2006/customXml" ds:itemID="{6D94BBF8-3424-43E1-87C4-E3774A7BB67E}"/>
</file>

<file path=customXml/itemProps4.xml><?xml version="1.0" encoding="utf-8"?>
<ds:datastoreItem xmlns:ds="http://schemas.openxmlformats.org/officeDocument/2006/customXml" ds:itemID="{E5D20347-11A3-45FB-A478-8484D58E7E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Clerk - St Brides Major Community Council</cp:lastModifiedBy>
  <cp:revision>6</cp:revision>
  <dcterms:created xsi:type="dcterms:W3CDTF">2026-05-04T11:20:00Z</dcterms:created>
  <dcterms:modified xsi:type="dcterms:W3CDTF">2026-05-25T10:55:00Z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0x010100809F28B3E1612A4CA59CE50B1A1F07ED</vt:lpwstr>
  </property>
</Properties>
</file>